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86081" w14:textId="77777777" w:rsidR="007934C4" w:rsidRDefault="00C82661">
      <w:pPr>
        <w:spacing w:before="40"/>
        <w:jc w:val="center"/>
      </w:pPr>
      <w:r>
        <w:rPr>
          <w:rFonts w:eastAsia="맑은 고딕"/>
          <w:b/>
          <w:color w:val="1E3A5F"/>
          <w:sz w:val="40"/>
        </w:rPr>
        <w:t>입 학 추 천 서</w:t>
      </w:r>
    </w:p>
    <w:tbl>
      <w:tblPr>
        <w:tblW w:w="0" w:type="auto"/>
        <w:jc w:val="center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</w:tblBorders>
        <w:tblLook w:val="04A0" w:firstRow="1" w:lastRow="0" w:firstColumn="1" w:lastColumn="0" w:noHBand="0" w:noVBand="1"/>
      </w:tblPr>
      <w:tblGrid>
        <w:gridCol w:w="10214"/>
      </w:tblGrid>
      <w:tr w:rsidR="007934C4" w:rsidRPr="008606AE" w14:paraId="1F626557" w14:textId="77777777">
        <w:trPr>
          <w:jc w:val="center"/>
        </w:trPr>
        <w:tc>
          <w:tcPr>
            <w:tcW w:w="10224" w:type="dxa"/>
            <w:shd w:val="clear" w:color="auto" w:fill="FAFA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C7AFD17" w14:textId="77777777" w:rsidR="007934C4" w:rsidRPr="008606AE" w:rsidRDefault="00C82661">
            <w:pPr>
              <w:spacing w:after="40"/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color w:val="646464"/>
                <w:sz w:val="22"/>
                <w:lang w:eastAsia="ko-KR"/>
              </w:rPr>
              <w:t>• 본 추천서는 입학전형에 중요한 참고 자료가 되기 때문에 지원자와 6개월 이상 꾸준하게 만났던 분의 솔직하고 객관적인 답을 부탁드립니다.</w:t>
            </w:r>
          </w:p>
          <w:p w14:paraId="454C5F74" w14:textId="77777777" w:rsidR="007934C4" w:rsidRPr="008606AE" w:rsidRDefault="00C82661">
            <w:pPr>
              <w:spacing w:after="40"/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color w:val="646464"/>
                <w:sz w:val="22"/>
                <w:lang w:eastAsia="ko-KR"/>
              </w:rPr>
              <w:t>• 추천서의 내용 혹은 그 일부를 지원자나 부모, 제3자에게 어떠한 경우에도 공개하지 아니할 것을 덧붙여 부탁드립니다.</w:t>
            </w:r>
          </w:p>
          <w:p w14:paraId="1DF6C7F9" w14:textId="1405DD42" w:rsidR="007934C4" w:rsidRPr="008606AE" w:rsidRDefault="00C82661">
            <w:pPr>
              <w:spacing w:after="0"/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color w:val="646464"/>
                <w:sz w:val="22"/>
                <w:lang w:eastAsia="ko-KR"/>
              </w:rPr>
              <w:t xml:space="preserve">• 작성하신 추천서는 </w:t>
            </w:r>
            <w:r w:rsidR="00F56A1A" w:rsidRPr="008606AE">
              <w:rPr>
                <w:rFonts w:eastAsia="맑은 고딕" w:hint="eastAsia"/>
                <w:color w:val="646464"/>
                <w:sz w:val="22"/>
                <w:lang w:eastAsia="ko-KR"/>
              </w:rPr>
              <w:t>학교</w:t>
            </w:r>
            <w:r w:rsidRPr="008606AE">
              <w:rPr>
                <w:rFonts w:eastAsia="맑은 고딕"/>
                <w:color w:val="646464"/>
                <w:sz w:val="22"/>
                <w:lang w:eastAsia="ko-KR"/>
              </w:rPr>
              <w:t xml:space="preserve"> 메일주소로 보내주시기 바랍니다.  </w:t>
            </w: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 xml:space="preserve">메일 </w:t>
            </w:r>
            <w:proofErr w:type="gramStart"/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>주소 :</w:t>
            </w:r>
            <w:proofErr w:type="gramEnd"/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 xml:space="preserve"> drschooll@naver.com</w:t>
            </w:r>
          </w:p>
        </w:tc>
      </w:tr>
    </w:tbl>
    <w:p w14:paraId="1CD671D5" w14:textId="45BACD89" w:rsidR="007934C4" w:rsidRDefault="007934C4">
      <w:pPr>
        <w:spacing w:before="200" w:after="80"/>
        <w:rPr>
          <w:rFonts w:eastAsia="맑은 고딕" w:hint="eastAsia"/>
          <w:b/>
          <w:color w:val="1E3A5F"/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728"/>
        <w:gridCol w:w="3305"/>
        <w:gridCol w:w="1582"/>
        <w:gridCol w:w="3593"/>
      </w:tblGrid>
      <w:tr w:rsidR="008606AE" w:rsidRPr="008606AE" w14:paraId="10ABC977" w14:textId="77777777" w:rsidTr="008606AE">
        <w:trPr>
          <w:trHeight w:val="520"/>
          <w:jc w:val="center"/>
        </w:trPr>
        <w:tc>
          <w:tcPr>
            <w:tcW w:w="10208" w:type="dxa"/>
            <w:gridSpan w:val="4"/>
            <w:tcBorders>
              <w:top w:val="single" w:sz="6" w:space="0" w:color="B0BEC5"/>
              <w:left w:val="single" w:sz="6" w:space="0" w:color="B0BEC5"/>
              <w:bottom w:val="single" w:sz="4" w:space="0" w:color="B0BEC5"/>
              <w:right w:val="single" w:sz="6" w:space="0" w:color="B0BEC5"/>
            </w:tcBorders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E9FD6B" w14:textId="60D929E5" w:rsidR="008606AE" w:rsidRPr="008606AE" w:rsidRDefault="008606AE" w:rsidP="008606AE">
            <w:pPr>
              <w:jc w:val="center"/>
              <w:rPr>
                <w:rFonts w:eastAsia="맑은 고딕" w:hint="eastAsia"/>
                <w:color w:val="232323"/>
                <w:sz w:val="22"/>
                <w:lang w:eastAsia="ko-KR"/>
              </w:rPr>
            </w:pPr>
            <w:proofErr w:type="gramStart"/>
            <w:r>
              <w:rPr>
                <w:rFonts w:eastAsia="맑은 고딕" w:hint="eastAsia"/>
                <w:b/>
                <w:color w:val="1E3A5F"/>
                <w:sz w:val="22"/>
                <w:lang w:eastAsia="ko-KR"/>
              </w:rPr>
              <w:t>지  원</w:t>
            </w:r>
            <w:proofErr w:type="gramEnd"/>
            <w:r>
              <w:rPr>
                <w:rFonts w:eastAsia="맑은 고딕" w:hint="eastAsia"/>
                <w:b/>
                <w:color w:val="1E3A5F"/>
                <w:sz w:val="22"/>
                <w:lang w:eastAsia="ko-KR"/>
              </w:rPr>
              <w:t xml:space="preserve">  자</w:t>
            </w:r>
          </w:p>
        </w:tc>
      </w:tr>
      <w:tr w:rsidR="007934C4" w:rsidRPr="008606AE" w14:paraId="53F65BC4" w14:textId="77777777" w:rsidTr="008606AE">
        <w:trPr>
          <w:jc w:val="center"/>
        </w:trPr>
        <w:tc>
          <w:tcPr>
            <w:tcW w:w="1728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D9A6D5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성      명</w:t>
            </w:r>
          </w:p>
        </w:tc>
        <w:tc>
          <w:tcPr>
            <w:tcW w:w="330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E22AE5" w14:textId="77777777" w:rsidR="007934C4" w:rsidRPr="008606AE" w:rsidRDefault="007934C4">
            <w:pPr>
              <w:rPr>
                <w:sz w:val="22"/>
              </w:rPr>
            </w:pPr>
          </w:p>
        </w:tc>
        <w:tc>
          <w:tcPr>
            <w:tcW w:w="1582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947426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성      별</w:t>
            </w:r>
          </w:p>
        </w:tc>
        <w:tc>
          <w:tcPr>
            <w:tcW w:w="359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38B14C" w14:textId="77777777" w:rsidR="007934C4" w:rsidRPr="008606AE" w:rsidRDefault="00C82661">
            <w:pPr>
              <w:jc w:val="center"/>
              <w:rPr>
                <w:sz w:val="22"/>
              </w:rPr>
            </w:pPr>
            <w:proofErr w:type="gramStart"/>
            <w:r w:rsidRPr="008606AE">
              <w:rPr>
                <w:rFonts w:eastAsia="맑은 고딕"/>
                <w:color w:val="232323"/>
                <w:sz w:val="22"/>
              </w:rPr>
              <w:t>남  ・</w:t>
            </w:r>
            <w:proofErr w:type="gramEnd"/>
            <w:r w:rsidRPr="008606AE">
              <w:rPr>
                <w:rFonts w:eastAsia="맑은 고딕"/>
                <w:color w:val="232323"/>
                <w:sz w:val="22"/>
              </w:rPr>
              <w:t xml:space="preserve">  여</w:t>
            </w:r>
          </w:p>
        </w:tc>
      </w:tr>
      <w:tr w:rsidR="007934C4" w:rsidRPr="008606AE" w14:paraId="13AC11D3" w14:textId="77777777" w:rsidTr="008606AE">
        <w:trPr>
          <w:jc w:val="center"/>
        </w:trPr>
        <w:tc>
          <w:tcPr>
            <w:tcW w:w="1728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2B6006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재학/출신학교</w:t>
            </w:r>
          </w:p>
        </w:tc>
        <w:tc>
          <w:tcPr>
            <w:tcW w:w="8480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0F8D49" w14:textId="77777777" w:rsidR="007934C4" w:rsidRPr="008606AE" w:rsidRDefault="00C82661">
            <w:pPr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 xml:space="preserve">          (시․도)          (시․군․구)          (</w:t>
            </w:r>
            <w:proofErr w:type="gramStart"/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>졸업예정 /</w:t>
            </w:r>
            <w:proofErr w:type="gramEnd"/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 xml:space="preserve">      년 졸업)</w:t>
            </w:r>
          </w:p>
        </w:tc>
      </w:tr>
    </w:tbl>
    <w:p w14:paraId="65D930D0" w14:textId="797F07E4" w:rsidR="008606AE" w:rsidRDefault="008606AE">
      <w:pPr>
        <w:spacing w:before="200" w:after="80"/>
        <w:rPr>
          <w:rFonts w:eastAsia="맑은 고딕" w:hint="eastAsia"/>
          <w:b/>
          <w:color w:val="1E3A5F"/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727"/>
        <w:gridCol w:w="3305"/>
        <w:gridCol w:w="1583"/>
        <w:gridCol w:w="3593"/>
      </w:tblGrid>
      <w:tr w:rsidR="008606AE" w:rsidRPr="008606AE" w14:paraId="14C11E97" w14:textId="77777777" w:rsidTr="00FD09AD">
        <w:trPr>
          <w:jc w:val="center"/>
        </w:trPr>
        <w:tc>
          <w:tcPr>
            <w:tcW w:w="10208" w:type="dxa"/>
            <w:gridSpan w:val="4"/>
            <w:tcBorders>
              <w:top w:val="single" w:sz="6" w:space="0" w:color="B0BEC5"/>
              <w:left w:val="single" w:sz="6" w:space="0" w:color="B0BEC5"/>
              <w:bottom w:val="single" w:sz="4" w:space="0" w:color="B0BEC5"/>
              <w:right w:val="single" w:sz="6" w:space="0" w:color="B0BEC5"/>
            </w:tcBorders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44F6E8" w14:textId="7169E84A" w:rsidR="008606AE" w:rsidRPr="008606AE" w:rsidRDefault="008606AE" w:rsidP="008606AE">
            <w:pPr>
              <w:jc w:val="center"/>
              <w:rPr>
                <w:rFonts w:eastAsia="맑은 고딕" w:hint="eastAsia"/>
                <w:b/>
                <w:color w:val="1E3A5F"/>
                <w:sz w:val="22"/>
                <w:lang w:eastAsia="ko-KR"/>
              </w:rPr>
            </w:pPr>
            <w:proofErr w:type="gramStart"/>
            <w:r>
              <w:rPr>
                <w:rFonts w:eastAsia="맑은 고딕" w:hint="eastAsia"/>
                <w:b/>
                <w:color w:val="1E3A5F"/>
                <w:sz w:val="22"/>
                <w:lang w:eastAsia="ko-KR"/>
              </w:rPr>
              <w:t>추  천</w:t>
            </w:r>
            <w:proofErr w:type="gramEnd"/>
            <w:r>
              <w:rPr>
                <w:rFonts w:eastAsia="맑은 고딕" w:hint="eastAsia"/>
                <w:b/>
                <w:color w:val="1E3A5F"/>
                <w:sz w:val="22"/>
                <w:lang w:eastAsia="ko-KR"/>
              </w:rPr>
              <w:t xml:space="preserve">  인</w:t>
            </w:r>
          </w:p>
        </w:tc>
      </w:tr>
      <w:tr w:rsidR="007934C4" w:rsidRPr="008606AE" w14:paraId="33CAFA0B" w14:textId="77777777" w:rsidTr="008606AE">
        <w:trPr>
          <w:jc w:val="center"/>
        </w:trPr>
        <w:tc>
          <w:tcPr>
            <w:tcW w:w="1727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17F102" w14:textId="77777777" w:rsidR="007934C4" w:rsidRPr="008606AE" w:rsidRDefault="00C82661">
            <w:pPr>
              <w:jc w:val="center"/>
              <w:rPr>
                <w:sz w:val="22"/>
              </w:rPr>
            </w:pPr>
            <w:proofErr w:type="spellStart"/>
            <w:r w:rsidRPr="008606AE">
              <w:rPr>
                <w:rFonts w:eastAsia="맑은 고딕"/>
                <w:b/>
                <w:color w:val="1E3A5F"/>
                <w:sz w:val="22"/>
              </w:rPr>
              <w:t>추천인</w:t>
            </w:r>
            <w:proofErr w:type="spellEnd"/>
            <w:r w:rsidRPr="008606AE">
              <w:rPr>
                <w:rFonts w:eastAsia="맑은 고딕"/>
                <w:b/>
                <w:color w:val="1E3A5F"/>
                <w:sz w:val="22"/>
              </w:rPr>
              <w:t xml:space="preserve"> </w:t>
            </w:r>
            <w:proofErr w:type="spellStart"/>
            <w:r w:rsidRPr="008606AE">
              <w:rPr>
                <w:rFonts w:eastAsia="맑은 고딕"/>
                <w:b/>
                <w:color w:val="1E3A5F"/>
                <w:sz w:val="22"/>
              </w:rPr>
              <w:t>이름</w:t>
            </w:r>
            <w:proofErr w:type="spellEnd"/>
          </w:p>
        </w:tc>
        <w:tc>
          <w:tcPr>
            <w:tcW w:w="330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85A388" w14:textId="77777777" w:rsidR="007934C4" w:rsidRPr="008606AE" w:rsidRDefault="007934C4">
            <w:pPr>
              <w:rPr>
                <w:sz w:val="22"/>
              </w:rPr>
            </w:pPr>
          </w:p>
        </w:tc>
        <w:tc>
          <w:tcPr>
            <w:tcW w:w="1583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DF6F07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학생과의 관계</w:t>
            </w:r>
          </w:p>
        </w:tc>
        <w:tc>
          <w:tcPr>
            <w:tcW w:w="359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B3121F" w14:textId="77777777" w:rsidR="007934C4" w:rsidRPr="008606AE" w:rsidRDefault="007934C4">
            <w:pPr>
              <w:rPr>
                <w:sz w:val="22"/>
              </w:rPr>
            </w:pPr>
          </w:p>
        </w:tc>
      </w:tr>
      <w:tr w:rsidR="007934C4" w:rsidRPr="008606AE" w14:paraId="19C3C05B" w14:textId="77777777" w:rsidTr="008606AE">
        <w:trPr>
          <w:jc w:val="center"/>
        </w:trPr>
        <w:tc>
          <w:tcPr>
            <w:tcW w:w="1727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E7361D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주      소</w:t>
            </w:r>
          </w:p>
        </w:tc>
        <w:tc>
          <w:tcPr>
            <w:tcW w:w="8481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13C044" w14:textId="77777777" w:rsidR="007934C4" w:rsidRPr="008606AE" w:rsidRDefault="00C82661">
            <w:pPr>
              <w:rPr>
                <w:sz w:val="22"/>
              </w:rPr>
            </w:pPr>
            <w:proofErr w:type="gramStart"/>
            <w:r w:rsidRPr="008606AE">
              <w:rPr>
                <w:rFonts w:eastAsia="맑은 고딕"/>
                <w:color w:val="646464"/>
                <w:sz w:val="22"/>
              </w:rPr>
              <w:t>우편번호 :</w:t>
            </w:r>
            <w:proofErr w:type="gramEnd"/>
            <w:r w:rsidRPr="008606AE">
              <w:rPr>
                <w:rFonts w:eastAsia="맑은 고딕"/>
                <w:color w:val="646464"/>
                <w:sz w:val="22"/>
              </w:rPr>
              <w:t xml:space="preserve"> </w:t>
            </w:r>
            <w:proofErr w:type="gramStart"/>
            <w:r w:rsidRPr="008606AE">
              <w:rPr>
                <w:rFonts w:eastAsia="맑은 고딕"/>
                <w:color w:val="646464"/>
                <w:sz w:val="22"/>
              </w:rPr>
              <w:t xml:space="preserve">(  </w:t>
            </w:r>
            <w:proofErr w:type="gramEnd"/>
            <w:r w:rsidRPr="008606AE">
              <w:rPr>
                <w:rFonts w:eastAsia="맑은 고딕"/>
                <w:color w:val="646464"/>
                <w:sz w:val="22"/>
              </w:rPr>
              <w:t xml:space="preserve">       </w:t>
            </w:r>
            <w:proofErr w:type="gramStart"/>
            <w:r w:rsidRPr="008606AE">
              <w:rPr>
                <w:rFonts w:eastAsia="맑은 고딕"/>
                <w:color w:val="646464"/>
                <w:sz w:val="22"/>
              </w:rPr>
              <w:t xml:space="preserve">  )</w:t>
            </w:r>
            <w:proofErr w:type="gramEnd"/>
          </w:p>
        </w:tc>
      </w:tr>
      <w:tr w:rsidR="007934C4" w:rsidRPr="008606AE" w14:paraId="7F830069" w14:textId="77777777" w:rsidTr="008606AE">
        <w:trPr>
          <w:jc w:val="center"/>
        </w:trPr>
        <w:tc>
          <w:tcPr>
            <w:tcW w:w="1727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B719C3" w14:textId="77777777" w:rsidR="007934C4" w:rsidRPr="008606AE" w:rsidRDefault="00C82661">
            <w:pPr>
              <w:jc w:val="center"/>
              <w:rPr>
                <w:sz w:val="22"/>
              </w:rPr>
            </w:pPr>
            <w:proofErr w:type="gramStart"/>
            <w:r w:rsidRPr="008606AE">
              <w:rPr>
                <w:rFonts w:eastAsia="맑은 고딕"/>
                <w:b/>
                <w:color w:val="1E3A5F"/>
                <w:sz w:val="22"/>
              </w:rPr>
              <w:t>연  락</w:t>
            </w:r>
            <w:proofErr w:type="gramEnd"/>
            <w:r w:rsidRPr="008606AE">
              <w:rPr>
                <w:rFonts w:eastAsia="맑은 고딕"/>
                <w:b/>
                <w:color w:val="1E3A5F"/>
                <w:sz w:val="22"/>
              </w:rPr>
              <w:t xml:space="preserve">  처</w:t>
            </w:r>
          </w:p>
        </w:tc>
        <w:tc>
          <w:tcPr>
            <w:tcW w:w="330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63F1E1" w14:textId="77777777" w:rsidR="007934C4" w:rsidRPr="008606AE" w:rsidRDefault="007934C4">
            <w:pPr>
              <w:rPr>
                <w:sz w:val="22"/>
              </w:rPr>
            </w:pPr>
          </w:p>
        </w:tc>
        <w:tc>
          <w:tcPr>
            <w:tcW w:w="1583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432CBE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휴 대 전 화</w:t>
            </w:r>
          </w:p>
        </w:tc>
        <w:tc>
          <w:tcPr>
            <w:tcW w:w="359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182D00" w14:textId="77777777" w:rsidR="007934C4" w:rsidRPr="008606AE" w:rsidRDefault="007934C4">
            <w:pPr>
              <w:rPr>
                <w:sz w:val="22"/>
              </w:rPr>
            </w:pPr>
          </w:p>
        </w:tc>
      </w:tr>
      <w:tr w:rsidR="007934C4" w:rsidRPr="008606AE" w14:paraId="4242679F" w14:textId="77777777" w:rsidTr="008606AE">
        <w:trPr>
          <w:jc w:val="center"/>
        </w:trPr>
        <w:tc>
          <w:tcPr>
            <w:tcW w:w="1727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B3B650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추천인 소속기관</w:t>
            </w:r>
          </w:p>
        </w:tc>
        <w:tc>
          <w:tcPr>
            <w:tcW w:w="8481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660E61" w14:textId="77777777" w:rsidR="007934C4" w:rsidRPr="008606AE" w:rsidRDefault="007934C4">
            <w:pPr>
              <w:rPr>
                <w:sz w:val="22"/>
              </w:rPr>
            </w:pPr>
          </w:p>
        </w:tc>
      </w:tr>
      <w:tr w:rsidR="007934C4" w:rsidRPr="008606AE" w14:paraId="4B1839BF" w14:textId="77777777" w:rsidTr="008606AE">
        <w:trPr>
          <w:jc w:val="center"/>
        </w:trPr>
        <w:tc>
          <w:tcPr>
            <w:tcW w:w="1727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8E0413" w14:textId="77777777" w:rsidR="007934C4" w:rsidRPr="008606AE" w:rsidRDefault="00C82661">
            <w:pPr>
              <w:jc w:val="center"/>
              <w:rPr>
                <w:sz w:val="22"/>
              </w:rPr>
            </w:pPr>
            <w:r w:rsidRPr="008606AE">
              <w:rPr>
                <w:rFonts w:eastAsia="맑은 고딕"/>
                <w:b/>
                <w:color w:val="1E3A5F"/>
                <w:sz w:val="22"/>
              </w:rPr>
              <w:t>지원자와</w:t>
            </w:r>
            <w:r w:rsidRPr="008606AE">
              <w:rPr>
                <w:rFonts w:eastAsia="맑은 고딕"/>
                <w:b/>
                <w:color w:val="1E3A5F"/>
                <w:sz w:val="22"/>
              </w:rPr>
              <w:br/>
              <w:t>함께 한 시기</w:t>
            </w:r>
          </w:p>
        </w:tc>
        <w:tc>
          <w:tcPr>
            <w:tcW w:w="8481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3F010D" w14:textId="77777777" w:rsidR="007934C4" w:rsidRPr="008606AE" w:rsidRDefault="00C82661">
            <w:pPr>
              <w:rPr>
                <w:sz w:val="22"/>
              </w:rPr>
            </w:pPr>
            <w:r w:rsidRPr="008606AE">
              <w:rPr>
                <w:rFonts w:eastAsia="맑은 고딕"/>
                <w:color w:val="232323"/>
                <w:sz w:val="22"/>
              </w:rPr>
              <w:t xml:space="preserve">   20   년      월부터      20   년      월까지</w:t>
            </w:r>
          </w:p>
        </w:tc>
      </w:tr>
    </w:tbl>
    <w:p w14:paraId="7B6C2F0C" w14:textId="77777777" w:rsidR="007934C4" w:rsidRPr="008606AE" w:rsidRDefault="007934C4">
      <w:pPr>
        <w:spacing w:before="160" w:after="80"/>
        <w:rPr>
          <w:sz w:val="22"/>
        </w:rPr>
      </w:pPr>
    </w:p>
    <w:tbl>
      <w:tblPr>
        <w:tblW w:w="0" w:type="auto"/>
        <w:jc w:val="center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</w:tblBorders>
        <w:tblLook w:val="04A0" w:firstRow="1" w:lastRow="0" w:firstColumn="1" w:lastColumn="0" w:noHBand="0" w:noVBand="1"/>
      </w:tblPr>
      <w:tblGrid>
        <w:gridCol w:w="10214"/>
      </w:tblGrid>
      <w:tr w:rsidR="007934C4" w:rsidRPr="008606AE" w14:paraId="397FC4D6" w14:textId="77777777">
        <w:trPr>
          <w:jc w:val="center"/>
        </w:trPr>
        <w:tc>
          <w:tcPr>
            <w:tcW w:w="10224" w:type="dxa"/>
            <w:shd w:val="clear" w:color="auto" w:fill="FAFAF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AD0A57" w14:textId="77777777" w:rsidR="001B602D" w:rsidRDefault="001B602D">
            <w:pPr>
              <w:spacing w:after="120"/>
              <w:rPr>
                <w:rFonts w:eastAsia="맑은 고딕"/>
                <w:color w:val="232323"/>
                <w:sz w:val="22"/>
                <w:lang w:eastAsia="ko-KR"/>
              </w:rPr>
            </w:pPr>
          </w:p>
          <w:p w14:paraId="0055D753" w14:textId="6953D8B2" w:rsidR="007934C4" w:rsidRDefault="00C82661">
            <w:pPr>
              <w:spacing w:after="120"/>
              <w:rPr>
                <w:rFonts w:eastAsia="맑은 고딕"/>
                <w:color w:val="232323"/>
                <w:sz w:val="22"/>
                <w:lang w:eastAsia="ko-KR"/>
              </w:rPr>
            </w:pPr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 xml:space="preserve">본인은 </w:t>
            </w:r>
            <w:proofErr w:type="gramStart"/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>지원자  _</w:t>
            </w:r>
            <w:proofErr w:type="gramEnd"/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 xml:space="preserve">_______________ </w:t>
            </w:r>
            <w:proofErr w:type="spellStart"/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>에</w:t>
            </w:r>
            <w:proofErr w:type="spellEnd"/>
            <w:r w:rsidRPr="008606AE">
              <w:rPr>
                <w:rFonts w:eastAsia="맑은 고딕"/>
                <w:color w:val="232323"/>
                <w:sz w:val="22"/>
                <w:lang w:eastAsia="ko-KR"/>
              </w:rPr>
              <w:t xml:space="preserve"> 대한 추천서를 작성 및 제출함에 있어 사실에 입각한 내용만을 공정하게 작성하였습니다. 본 추천서의 내용 혹은 그 일부를 지원자 혹은 제 3자에게 공개하지 아니하였고, 향후 어떠한 경우에도 공개하지 아니할 것을 약속합니다.</w:t>
            </w:r>
          </w:p>
          <w:p w14:paraId="358C46F2" w14:textId="77777777" w:rsidR="008606AE" w:rsidRDefault="008606AE">
            <w:pPr>
              <w:spacing w:after="120"/>
              <w:rPr>
                <w:rFonts w:eastAsia="맑은 고딕"/>
                <w:color w:val="232323"/>
                <w:sz w:val="22"/>
                <w:lang w:eastAsia="ko-KR"/>
              </w:rPr>
            </w:pPr>
          </w:p>
          <w:p w14:paraId="1B96177C" w14:textId="77777777" w:rsidR="008606AE" w:rsidRDefault="008606AE">
            <w:pPr>
              <w:spacing w:after="120"/>
              <w:rPr>
                <w:rFonts w:eastAsia="맑은 고딕"/>
                <w:color w:val="232323"/>
                <w:sz w:val="22"/>
                <w:lang w:eastAsia="ko-KR"/>
              </w:rPr>
            </w:pPr>
          </w:p>
          <w:p w14:paraId="3E5C96AF" w14:textId="77777777" w:rsidR="008606AE" w:rsidRPr="008606AE" w:rsidRDefault="008606AE">
            <w:pPr>
              <w:spacing w:after="120"/>
              <w:rPr>
                <w:rFonts w:eastAsia="맑은 고딕" w:hint="eastAsia"/>
                <w:sz w:val="22"/>
                <w:lang w:eastAsia="ko-KR"/>
              </w:rPr>
            </w:pPr>
          </w:p>
          <w:p w14:paraId="78323748" w14:textId="77777777" w:rsidR="007934C4" w:rsidRPr="008606AE" w:rsidRDefault="00C82661">
            <w:pPr>
              <w:spacing w:before="120" w:after="40"/>
              <w:jc w:val="right"/>
              <w:rPr>
                <w:sz w:val="22"/>
              </w:rPr>
            </w:pPr>
            <w:r w:rsidRPr="008606AE">
              <w:rPr>
                <w:rFonts w:eastAsia="맑은 고딕"/>
                <w:b/>
                <w:color w:val="232323"/>
                <w:sz w:val="22"/>
              </w:rPr>
              <w:t xml:space="preserve">20     년        월        일        </w:t>
            </w:r>
            <w:proofErr w:type="gramStart"/>
            <w:r w:rsidRPr="008606AE">
              <w:rPr>
                <w:rFonts w:eastAsia="맑은 고딕"/>
                <w:b/>
                <w:color w:val="232323"/>
                <w:sz w:val="22"/>
              </w:rPr>
              <w:t>추천인 :</w:t>
            </w:r>
            <w:proofErr w:type="gramEnd"/>
            <w:r w:rsidRPr="008606AE">
              <w:rPr>
                <w:rFonts w:eastAsia="맑은 고딕"/>
                <w:b/>
                <w:color w:val="232323"/>
                <w:sz w:val="22"/>
              </w:rPr>
              <w:t xml:space="preserve">                  </w:t>
            </w:r>
            <w:proofErr w:type="gramStart"/>
            <w:r w:rsidRPr="008606AE">
              <w:rPr>
                <w:rFonts w:eastAsia="맑은 고딕"/>
                <w:b/>
                <w:color w:val="232323"/>
                <w:sz w:val="22"/>
              </w:rPr>
              <w:t xml:space="preserve">   (</w:t>
            </w:r>
            <w:proofErr w:type="gramEnd"/>
            <w:r w:rsidRPr="008606AE">
              <w:rPr>
                <w:rFonts w:eastAsia="맑은 고딕"/>
                <w:b/>
                <w:color w:val="232323"/>
                <w:sz w:val="22"/>
              </w:rPr>
              <w:t>서명)</w:t>
            </w:r>
          </w:p>
        </w:tc>
      </w:tr>
    </w:tbl>
    <w:p w14:paraId="6BF2EDAD" w14:textId="3D1BD666" w:rsidR="007934C4" w:rsidRPr="00F56A1A" w:rsidRDefault="00C82661" w:rsidP="00F56A1A">
      <w:pPr>
        <w:rPr>
          <w:rFonts w:eastAsia="맑은 고딕"/>
          <w:lang w:eastAsia="ko-KR"/>
        </w:rPr>
      </w:pPr>
      <w:r>
        <w:br w:type="page"/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208"/>
      </w:tblGrid>
      <w:tr w:rsidR="007934C4" w:rsidRPr="008606AE" w14:paraId="2B752526" w14:textId="77777777">
        <w:trPr>
          <w:jc w:val="center"/>
        </w:trPr>
        <w:tc>
          <w:tcPr>
            <w:tcW w:w="10224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94FB2F" w14:textId="77777777" w:rsidR="007934C4" w:rsidRPr="008606AE" w:rsidRDefault="00C82661">
            <w:pPr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lastRenderedPageBreak/>
              <w:t>1. 대인관계 면에서 지원자의 특성을 작성해 주세요(협동성, 소통능력, 공감능력 등)</w:t>
            </w: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  <w:t xml:space="preserve">   </w:t>
            </w:r>
            <w:r w:rsidRPr="008606AE">
              <w:rPr>
                <w:rFonts w:eastAsia="맑은 고딕"/>
                <w:b/>
                <w:color w:val="1E3A5F"/>
                <w:sz w:val="22"/>
                <w:u w:val="single"/>
                <w:lang w:eastAsia="ko-KR"/>
              </w:rPr>
              <w:t>구체적인 사례도 덧붙여 주시면 고맙겠습니다.</w:t>
            </w:r>
          </w:p>
        </w:tc>
      </w:tr>
      <w:tr w:rsidR="007934C4" w:rsidRPr="008606AE" w14:paraId="654E1473" w14:textId="77777777">
        <w:trPr>
          <w:trHeight w:val="2016"/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EEBEF" w14:textId="77777777" w:rsidR="007934C4" w:rsidRPr="008606AE" w:rsidRDefault="007934C4">
            <w:pPr>
              <w:rPr>
                <w:sz w:val="22"/>
                <w:lang w:eastAsia="ko-KR"/>
              </w:rPr>
            </w:pPr>
          </w:p>
        </w:tc>
      </w:tr>
    </w:tbl>
    <w:p w14:paraId="7F737DCE" w14:textId="77777777" w:rsidR="007934C4" w:rsidRPr="008606AE" w:rsidRDefault="007934C4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208"/>
      </w:tblGrid>
      <w:tr w:rsidR="007934C4" w:rsidRPr="008606AE" w14:paraId="124B5932" w14:textId="77777777">
        <w:trPr>
          <w:jc w:val="center"/>
        </w:trPr>
        <w:tc>
          <w:tcPr>
            <w:tcW w:w="10224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AE359C" w14:textId="77777777" w:rsidR="007934C4" w:rsidRPr="008606AE" w:rsidRDefault="00C82661">
            <w:pPr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>2. 생활태도 면에서 지원자의 특성을 작성해 주세요(책임감, 성실성, 자기관리, 배려심 등)</w:t>
            </w: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  <w:t xml:space="preserve">   </w:t>
            </w:r>
            <w:r w:rsidRPr="008606AE">
              <w:rPr>
                <w:rFonts w:eastAsia="맑은 고딕"/>
                <w:b/>
                <w:color w:val="1E3A5F"/>
                <w:sz w:val="22"/>
                <w:u w:val="single"/>
                <w:lang w:eastAsia="ko-KR"/>
              </w:rPr>
              <w:t>구체적인 사례도 덧붙여 주시면 고맙겠습니다.</w:t>
            </w:r>
          </w:p>
        </w:tc>
      </w:tr>
      <w:tr w:rsidR="007934C4" w:rsidRPr="008606AE" w14:paraId="590BCBCE" w14:textId="77777777">
        <w:trPr>
          <w:trHeight w:val="2016"/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99D7E" w14:textId="77777777" w:rsidR="007934C4" w:rsidRPr="008606AE" w:rsidRDefault="007934C4">
            <w:pPr>
              <w:rPr>
                <w:sz w:val="22"/>
                <w:lang w:eastAsia="ko-KR"/>
              </w:rPr>
            </w:pPr>
          </w:p>
        </w:tc>
      </w:tr>
    </w:tbl>
    <w:p w14:paraId="3496805E" w14:textId="77777777" w:rsidR="007934C4" w:rsidRPr="008606AE" w:rsidRDefault="007934C4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208"/>
      </w:tblGrid>
      <w:tr w:rsidR="007934C4" w:rsidRPr="008606AE" w14:paraId="594E3806" w14:textId="77777777">
        <w:trPr>
          <w:jc w:val="center"/>
        </w:trPr>
        <w:tc>
          <w:tcPr>
            <w:tcW w:w="10224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C76A85" w14:textId="77777777" w:rsidR="007934C4" w:rsidRPr="008606AE" w:rsidRDefault="00C82661">
            <w:pPr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 xml:space="preserve">3. 학습적인 면에서 지원자의 태도나 능력에 대해 작성해 주세요(탐구능력, 이해력, </w:t>
            </w:r>
            <w:proofErr w:type="spellStart"/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>문제해결력</w:t>
            </w:r>
            <w:proofErr w:type="spellEnd"/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 xml:space="preserve"> 수업태도 등)</w:t>
            </w: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  <w:t xml:space="preserve">   </w:t>
            </w:r>
            <w:r w:rsidRPr="008606AE">
              <w:rPr>
                <w:rFonts w:eastAsia="맑은 고딕"/>
                <w:b/>
                <w:color w:val="1E3A5F"/>
                <w:sz w:val="22"/>
                <w:u w:val="single"/>
                <w:lang w:eastAsia="ko-KR"/>
              </w:rPr>
              <w:t>구체적인 교과나 영역에 대해 작성해 주시면 고맙겠습니다.</w:t>
            </w:r>
          </w:p>
        </w:tc>
      </w:tr>
      <w:tr w:rsidR="007934C4" w:rsidRPr="008606AE" w14:paraId="1E5434BE" w14:textId="77777777">
        <w:trPr>
          <w:trHeight w:val="2016"/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81180" w14:textId="77777777" w:rsidR="007934C4" w:rsidRPr="008606AE" w:rsidRDefault="007934C4">
            <w:pPr>
              <w:rPr>
                <w:sz w:val="22"/>
                <w:lang w:eastAsia="ko-KR"/>
              </w:rPr>
            </w:pPr>
          </w:p>
        </w:tc>
      </w:tr>
    </w:tbl>
    <w:p w14:paraId="1F781D50" w14:textId="77777777" w:rsidR="007934C4" w:rsidRPr="008606AE" w:rsidRDefault="007934C4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208"/>
      </w:tblGrid>
      <w:tr w:rsidR="007934C4" w:rsidRPr="008606AE" w14:paraId="27D0BCAE" w14:textId="77777777">
        <w:trPr>
          <w:jc w:val="center"/>
        </w:trPr>
        <w:tc>
          <w:tcPr>
            <w:tcW w:w="10224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095A0E" w14:textId="77777777" w:rsidR="007934C4" w:rsidRPr="008606AE" w:rsidRDefault="00C82661">
            <w:pPr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>4. 지원자의 성장이 필요한 부분이나 도움이 필요한 부분이 있다면 작성해 주세요.</w:t>
            </w:r>
          </w:p>
        </w:tc>
      </w:tr>
      <w:tr w:rsidR="007934C4" w:rsidRPr="008606AE" w14:paraId="5D6D234B" w14:textId="77777777">
        <w:trPr>
          <w:trHeight w:val="1872"/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320C7" w14:textId="77777777" w:rsidR="007934C4" w:rsidRPr="008606AE" w:rsidRDefault="007934C4">
            <w:pPr>
              <w:rPr>
                <w:sz w:val="22"/>
                <w:lang w:eastAsia="ko-KR"/>
              </w:rPr>
            </w:pPr>
          </w:p>
        </w:tc>
      </w:tr>
    </w:tbl>
    <w:p w14:paraId="3EEFEC82" w14:textId="77777777" w:rsidR="007934C4" w:rsidRPr="008606AE" w:rsidRDefault="007934C4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208"/>
      </w:tblGrid>
      <w:tr w:rsidR="007934C4" w:rsidRPr="008606AE" w14:paraId="5F5989C1" w14:textId="77777777">
        <w:trPr>
          <w:jc w:val="center"/>
        </w:trPr>
        <w:tc>
          <w:tcPr>
            <w:tcW w:w="10224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50FF29" w14:textId="77777777" w:rsidR="007934C4" w:rsidRPr="008606AE" w:rsidRDefault="00C82661">
            <w:pPr>
              <w:rPr>
                <w:sz w:val="22"/>
                <w:lang w:eastAsia="ko-KR"/>
              </w:rPr>
            </w:pPr>
            <w:r w:rsidRPr="008606AE">
              <w:rPr>
                <w:rFonts w:eastAsia="맑은 고딕"/>
                <w:b/>
                <w:color w:val="1E3A5F"/>
                <w:sz w:val="22"/>
                <w:lang w:eastAsia="ko-KR"/>
              </w:rPr>
              <w:t>5. 위 내용 외에 지원자를 이해하는데 도움이 될 이야기가 있다면 자유롭게 작성해 주세요.</w:t>
            </w:r>
          </w:p>
        </w:tc>
      </w:tr>
      <w:tr w:rsidR="007934C4" w:rsidRPr="008606AE" w14:paraId="5EDBF878" w14:textId="77777777">
        <w:trPr>
          <w:trHeight w:val="1872"/>
          <w:jc w:val="center"/>
        </w:trPr>
        <w:tc>
          <w:tcPr>
            <w:tcW w:w="102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06A45B" w14:textId="75BC030D" w:rsidR="007934C4" w:rsidRPr="008606AE" w:rsidRDefault="007934C4">
            <w:pPr>
              <w:rPr>
                <w:sz w:val="22"/>
                <w:lang w:eastAsia="ko-KR"/>
              </w:rPr>
            </w:pPr>
          </w:p>
        </w:tc>
      </w:tr>
    </w:tbl>
    <w:p w14:paraId="37D80363" w14:textId="77777777" w:rsidR="007934C4" w:rsidRPr="008606AE" w:rsidRDefault="007934C4">
      <w:pPr>
        <w:spacing w:after="80"/>
        <w:rPr>
          <w:sz w:val="22"/>
          <w:lang w:eastAsia="ko-KR"/>
        </w:rPr>
      </w:pPr>
    </w:p>
    <w:sectPr w:rsidR="007934C4" w:rsidRPr="008606AE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4332975">
    <w:abstractNumId w:val="8"/>
  </w:num>
  <w:num w:numId="2" w16cid:durableId="242107576">
    <w:abstractNumId w:val="6"/>
  </w:num>
  <w:num w:numId="3" w16cid:durableId="1068725375">
    <w:abstractNumId w:val="5"/>
  </w:num>
  <w:num w:numId="4" w16cid:durableId="736052263">
    <w:abstractNumId w:val="4"/>
  </w:num>
  <w:num w:numId="5" w16cid:durableId="1275018377">
    <w:abstractNumId w:val="7"/>
  </w:num>
  <w:num w:numId="6" w16cid:durableId="2092198275">
    <w:abstractNumId w:val="3"/>
  </w:num>
  <w:num w:numId="7" w16cid:durableId="1855730500">
    <w:abstractNumId w:val="2"/>
  </w:num>
  <w:num w:numId="8" w16cid:durableId="249243561">
    <w:abstractNumId w:val="1"/>
  </w:num>
  <w:num w:numId="9" w16cid:durableId="1033848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602D"/>
    <w:rsid w:val="0029639D"/>
    <w:rsid w:val="00326F90"/>
    <w:rsid w:val="004923CE"/>
    <w:rsid w:val="007338B8"/>
    <w:rsid w:val="007934C4"/>
    <w:rsid w:val="008606AE"/>
    <w:rsid w:val="00AA1D8D"/>
    <w:rsid w:val="00AB6F67"/>
    <w:rsid w:val="00B47730"/>
    <w:rsid w:val="00B51215"/>
    <w:rsid w:val="00C82661"/>
    <w:rsid w:val="00CB0664"/>
    <w:rsid w:val="00CB2414"/>
    <w:rsid w:val="00D3218E"/>
    <w:rsid w:val="00F56A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EA7026"/>
  <w14:defaultImageDpi w14:val="300"/>
  <w15:docId w15:val="{31F37DA2-B52C-124B-AAFC-DE8DD630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  <w:color w:val="282828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2026-09-04T01:45:00Z</dcterms:created>
  <dcterms:modified xsi:type="dcterms:W3CDTF">2026-09-04T02:11:00Z</dcterms:modified>
  <cp:category/>
</cp:coreProperties>
</file>